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EA304" w14:textId="77777777" w:rsidR="00E40CA0" w:rsidRDefault="00000000">
      <w:pPr>
        <w:pStyle w:val="Title"/>
      </w:pPr>
      <w:r>
        <w:t>BIG APPLE COMIC CON CELEBRATES 30 YEARS OF NYC COMIC CULTURE WITH ITS ANNUAL HOLIDAY CON!</w:t>
      </w:r>
    </w:p>
    <w:p w14:paraId="29906EE0" w14:textId="77777777" w:rsidR="00E40CA0" w:rsidRDefault="00000000">
      <w:pPr>
        <w:pStyle w:val="Subtitle"/>
      </w:pPr>
      <w:r>
        <w:t>NYC's Original Comic Con Returns Saturday, November 21, 2026, for a Spectacular Holiday Celebration of Comics, Collectibles, Art, Cosplay, and Pop Culture!</w:t>
      </w:r>
    </w:p>
    <w:p w14:paraId="24FA577A" w14:textId="78B84B4C" w:rsidR="00E40CA0" w:rsidRDefault="00000000">
      <w:r>
        <w:t>NEW YORK, N</w:t>
      </w:r>
      <w:r w:rsidR="00E5669D">
        <w:t xml:space="preserve">Y: </w:t>
      </w:r>
      <w:r>
        <w:t xml:space="preserve">For 30 years, </w:t>
      </w:r>
      <w:r w:rsidR="007E5C07">
        <w:t xml:space="preserve">New York born and New York owned, </w:t>
      </w:r>
      <w:r w:rsidRPr="00E5669D">
        <w:rPr>
          <w:b/>
          <w:bCs/>
        </w:rPr>
        <w:t>Big Apple Comic Con</w:t>
      </w:r>
      <w:r>
        <w:t xml:space="preserve"> has been part of the fabric of New York City's comic-book and pop-culture world. This November, NYC's original comic con returns to the magnificent Art Deco New Yorker Hotel for its 6th Annual Holiday Con, Saturday, November 21, 2026.</w:t>
      </w:r>
    </w:p>
    <w:p w14:paraId="32FAA8F8" w14:textId="77777777" w:rsidR="00E40CA0" w:rsidRDefault="00000000">
      <w:r>
        <w:t>A holiday party, a collectors' paradise, an artists' showcase, and a celebration of everything comics and pop culture, the Big Apple Holiday Con brings together generations of fans, creators, and collectors for a uniquely New York experience.</w:t>
      </w:r>
    </w:p>
    <w:p w14:paraId="5530F26B" w14:textId="63526157" w:rsidR="00E40CA0" w:rsidRDefault="00000000">
      <w:r>
        <w:t xml:space="preserve">Over 100 exhibitors, artists, special guests, and cosplayers will fill the convention with rare comics, original artwork, </w:t>
      </w:r>
      <w:r w:rsidR="00E5669D">
        <w:t xml:space="preserve">non-sports trading cards, </w:t>
      </w:r>
      <w:r>
        <w:t>vintage treasures, contemporary collectibles, extraordinary costumes, gifts, prizes, and surprises. The show also features dozens of talented emerging artists from the New York area, continuing BACC's long tradition of bringing established legends and new creative voices together under one roof.</w:t>
      </w:r>
    </w:p>
    <w:p w14:paraId="51D0DD88" w14:textId="77777777" w:rsidR="00E40CA0" w:rsidRDefault="00000000">
      <w:pPr>
        <w:pStyle w:val="Heading2"/>
      </w:pPr>
      <w:r>
        <w:t>AN EXTRAORDINARY LINEUP OF COMIC ART LEGENDS AND CONTEMPORARY CREATORS!</w:t>
      </w:r>
    </w:p>
    <w:p w14:paraId="54CF86B8" w14:textId="77777777" w:rsidR="00E40CA0" w:rsidRDefault="00000000">
      <w:r>
        <w:t>This year's Holiday Con brings together an outstanding collection of legendary creators, award-winning artists, writers, and some of today's most exciting talents:</w:t>
      </w:r>
    </w:p>
    <w:p w14:paraId="3870124B" w14:textId="71583035" w:rsidR="00E40CA0" w:rsidRDefault="00000000">
      <w:pPr>
        <w:pStyle w:val="ListBullet"/>
        <w:spacing w:after="60"/>
      </w:pPr>
      <w:r>
        <w:rPr>
          <w:b/>
        </w:rPr>
        <w:t>Larry Lieber</w:t>
      </w:r>
      <w:r w:rsidR="00E5669D">
        <w:rPr>
          <w:b/>
        </w:rPr>
        <w:t xml:space="preserve">: </w:t>
      </w:r>
      <w:r w:rsidR="00E5669D">
        <w:t xml:space="preserve">founding brother of </w:t>
      </w:r>
      <w:r>
        <w:t xml:space="preserve">Marvel </w:t>
      </w:r>
      <w:proofErr w:type="gramStart"/>
      <w:r>
        <w:t>Comics</w:t>
      </w:r>
      <w:r w:rsidR="00E5669D">
        <w:t xml:space="preserve">, </w:t>
      </w:r>
      <w:r>
        <w:t xml:space="preserve"> artist</w:t>
      </w:r>
      <w:proofErr w:type="gramEnd"/>
      <w:r>
        <w:t xml:space="preserve"> and writer, co-creator of </w:t>
      </w:r>
      <w:r w:rsidRPr="00E5669D">
        <w:rPr>
          <w:i/>
          <w:iCs/>
        </w:rPr>
        <w:t>Thor, Iron Man, and Ant-Man,</w:t>
      </w:r>
      <w:r>
        <w:t xml:space="preserve"> </w:t>
      </w:r>
      <w:r w:rsidR="00E5669D">
        <w:t xml:space="preserve">Larry is </w:t>
      </w:r>
      <w:r>
        <w:t>presenting his new novel Chirps.</w:t>
      </w:r>
    </w:p>
    <w:p w14:paraId="3E7A8BBB" w14:textId="55122706" w:rsidR="00E40CA0" w:rsidRDefault="00000000">
      <w:pPr>
        <w:pStyle w:val="ListBullet"/>
        <w:spacing w:after="60"/>
      </w:pPr>
      <w:r>
        <w:rPr>
          <w:b/>
        </w:rPr>
        <w:t xml:space="preserve">Jim </w:t>
      </w:r>
      <w:proofErr w:type="spellStart"/>
      <w:r>
        <w:rPr>
          <w:b/>
        </w:rPr>
        <w:t>Steranko</w:t>
      </w:r>
      <w:proofErr w:type="spellEnd"/>
      <w:r w:rsidR="00E5669D">
        <w:rPr>
          <w:b/>
        </w:rPr>
        <w:t xml:space="preserve">: </w:t>
      </w:r>
      <w:r>
        <w:rPr>
          <w:b/>
        </w:rPr>
        <w:t xml:space="preserve"> </w:t>
      </w:r>
      <w:r>
        <w:t>Revolutionary Marvel artist and master of surreal imagery whose groundbreaking visual storytelling transformed comic-book art.</w:t>
      </w:r>
    </w:p>
    <w:p w14:paraId="7E4F5F85" w14:textId="01DAD760" w:rsidR="00E40CA0" w:rsidRDefault="00000000">
      <w:pPr>
        <w:pStyle w:val="ListBullet"/>
        <w:spacing w:after="60"/>
      </w:pPr>
      <w:r>
        <w:rPr>
          <w:b/>
        </w:rPr>
        <w:t>Dave Dorman</w:t>
      </w:r>
      <w:r w:rsidR="00E5669D">
        <w:rPr>
          <w:b/>
        </w:rPr>
        <w:t>:</w:t>
      </w:r>
      <w:r>
        <w:rPr>
          <w:b/>
        </w:rPr>
        <w:t xml:space="preserve"> </w:t>
      </w:r>
      <w:r>
        <w:t xml:space="preserve">Eisner Award-winning illustrator and one of the most celebrated </w:t>
      </w:r>
      <w:r w:rsidRPr="00E5669D">
        <w:rPr>
          <w:i/>
          <w:iCs/>
        </w:rPr>
        <w:t>Star Wars</w:t>
      </w:r>
      <w:r>
        <w:t xml:space="preserve"> artists of all time.</w:t>
      </w:r>
    </w:p>
    <w:p w14:paraId="4610624F" w14:textId="689F4CBC" w:rsidR="00E40CA0" w:rsidRPr="002A0F80" w:rsidRDefault="00000000">
      <w:pPr>
        <w:pStyle w:val="ListBullet"/>
        <w:spacing w:after="60"/>
        <w:rPr>
          <w:i/>
          <w:iCs/>
        </w:rPr>
      </w:pPr>
      <w:proofErr w:type="spellStart"/>
      <w:r>
        <w:rPr>
          <w:b/>
        </w:rPr>
        <w:t>Alitha</w:t>
      </w:r>
      <w:proofErr w:type="spellEnd"/>
      <w:r>
        <w:rPr>
          <w:b/>
        </w:rPr>
        <w:t xml:space="preserve"> Martinez</w:t>
      </w:r>
      <w:r w:rsidR="00E5669D">
        <w:rPr>
          <w:b/>
        </w:rPr>
        <w:t>:</w:t>
      </w:r>
      <w:r w:rsidR="00F34A74">
        <w:rPr>
          <w:b/>
        </w:rPr>
        <w:t xml:space="preserve"> </w:t>
      </w:r>
      <w:r>
        <w:t xml:space="preserve">Eisner Award-winning visionary artist whose work includes </w:t>
      </w:r>
      <w:r w:rsidRPr="002A0F80">
        <w:rPr>
          <w:i/>
          <w:iCs/>
        </w:rPr>
        <w:t>World of Wakanda, X-Men, Moon Girl, and Black Panther.</w:t>
      </w:r>
    </w:p>
    <w:p w14:paraId="7D98473D" w14:textId="7366FBD8" w:rsidR="00E40CA0" w:rsidRDefault="00000000">
      <w:pPr>
        <w:pStyle w:val="ListBullet"/>
        <w:spacing w:after="60"/>
      </w:pPr>
      <w:r>
        <w:rPr>
          <w:b/>
        </w:rPr>
        <w:t>Kyle Willis</w:t>
      </w:r>
      <w:r w:rsidR="00F34A74">
        <w:rPr>
          <w:b/>
        </w:rPr>
        <w:t xml:space="preserve">: </w:t>
      </w:r>
      <w:r>
        <w:t>An utterly original pop-culture artist whose acid-drip imagery, mosaics, dork graffiti, and extraordinary variant covers have created a distinctive new visual language.</w:t>
      </w:r>
    </w:p>
    <w:p w14:paraId="55F1E77E" w14:textId="3A935F2A" w:rsidR="00E40CA0" w:rsidRPr="00E5669D" w:rsidRDefault="00000000">
      <w:pPr>
        <w:pStyle w:val="ListBullet"/>
        <w:spacing w:after="60"/>
        <w:rPr>
          <w:i/>
          <w:iCs/>
        </w:rPr>
      </w:pPr>
      <w:r>
        <w:rPr>
          <w:b/>
        </w:rPr>
        <w:t>Amy Chu</w:t>
      </w:r>
      <w:r w:rsidR="00F34A74">
        <w:rPr>
          <w:b/>
        </w:rPr>
        <w:t xml:space="preserve">: </w:t>
      </w:r>
      <w:r>
        <w:t xml:space="preserve">Award-winning writer and Alpha Girl Comics creator whose remarkable range includes </w:t>
      </w:r>
      <w:r w:rsidRPr="00E5669D">
        <w:rPr>
          <w:i/>
          <w:iCs/>
        </w:rPr>
        <w:t>Red Sonja, Poison Ivy, and Carmilla: The First Vampire.</w:t>
      </w:r>
    </w:p>
    <w:p w14:paraId="3C4AC230" w14:textId="797A08CD" w:rsidR="00E40CA0" w:rsidRDefault="00000000">
      <w:pPr>
        <w:pStyle w:val="ListBullet"/>
        <w:spacing w:after="60"/>
      </w:pPr>
      <w:r>
        <w:rPr>
          <w:b/>
        </w:rPr>
        <w:t>Larry Hama</w:t>
      </w:r>
      <w:r w:rsidR="00F34A74">
        <w:rPr>
          <w:b/>
        </w:rPr>
        <w:t xml:space="preserve">: </w:t>
      </w:r>
      <w:r>
        <w:t xml:space="preserve">A genuine transmedia legend: writer, editor, artist, actor, and musician whose work spans </w:t>
      </w:r>
      <w:r w:rsidRPr="002A0F80">
        <w:rPr>
          <w:i/>
          <w:iCs/>
        </w:rPr>
        <w:t>G.I. Joe, Wolverine, X-Men</w:t>
      </w:r>
      <w:r>
        <w:t>, and decades of popular entertainment.</w:t>
      </w:r>
    </w:p>
    <w:p w14:paraId="1B08771E" w14:textId="228A5288" w:rsidR="00E40CA0" w:rsidRDefault="00000000">
      <w:pPr>
        <w:pStyle w:val="ListBullet"/>
        <w:spacing w:after="60"/>
      </w:pPr>
      <w:proofErr w:type="spellStart"/>
      <w:r>
        <w:rPr>
          <w:b/>
        </w:rPr>
        <w:t>Sozomaika</w:t>
      </w:r>
      <w:proofErr w:type="spellEnd"/>
      <w:r w:rsidR="00F34A74">
        <w:rPr>
          <w:b/>
        </w:rPr>
        <w:t xml:space="preserve">: </w:t>
      </w:r>
      <w:r>
        <w:t>Visionary multidisciplinary artist whose distinctive digital imagery brings together fine art, fashion, comics, and contemporary pop culture. An original — there's no one quite like her.</w:t>
      </w:r>
    </w:p>
    <w:p w14:paraId="2ECE7EE9" w14:textId="0C6AEC86" w:rsidR="00E40CA0" w:rsidRPr="002A0F80" w:rsidRDefault="00000000">
      <w:pPr>
        <w:pStyle w:val="ListBullet"/>
        <w:spacing w:after="60"/>
        <w:rPr>
          <w:i/>
          <w:iCs/>
        </w:rPr>
      </w:pPr>
      <w:r>
        <w:rPr>
          <w:b/>
        </w:rPr>
        <w:t xml:space="preserve">Larry </w:t>
      </w:r>
      <w:proofErr w:type="spellStart"/>
      <w:r>
        <w:rPr>
          <w:b/>
        </w:rPr>
        <w:t>Welz</w:t>
      </w:r>
      <w:proofErr w:type="spellEnd"/>
      <w:r w:rsidR="00F34A74">
        <w:rPr>
          <w:b/>
        </w:rPr>
        <w:t xml:space="preserve">: </w:t>
      </w:r>
      <w:r>
        <w:rPr>
          <w:b/>
        </w:rPr>
        <w:t xml:space="preserve"> </w:t>
      </w:r>
      <w:r>
        <w:t xml:space="preserve">Underground comics </w:t>
      </w:r>
      <w:r w:rsidR="00E5669D">
        <w:t xml:space="preserve">master, </w:t>
      </w:r>
      <w:r>
        <w:t xml:space="preserve">creator of the outrageous </w:t>
      </w:r>
      <w:r w:rsidRPr="002A0F80">
        <w:rPr>
          <w:i/>
          <w:iCs/>
        </w:rPr>
        <w:t>Cherry Poptart and Captain Guts.</w:t>
      </w:r>
    </w:p>
    <w:p w14:paraId="42E76F49" w14:textId="0AD1AE03" w:rsidR="00E40CA0" w:rsidRDefault="00000000">
      <w:pPr>
        <w:pStyle w:val="ListBullet"/>
        <w:spacing w:after="60"/>
      </w:pPr>
      <w:r>
        <w:rPr>
          <w:b/>
        </w:rPr>
        <w:t>Billy Tucci</w:t>
      </w:r>
      <w:r w:rsidR="00F34A74">
        <w:rPr>
          <w:b/>
        </w:rPr>
        <w:t xml:space="preserve">: </w:t>
      </w:r>
      <w:r>
        <w:t xml:space="preserve">Inkpot and Eisner Award-winning creator of the celebrated comic-book saga </w:t>
      </w:r>
      <w:r w:rsidRPr="00E5669D">
        <w:rPr>
          <w:i/>
          <w:iCs/>
        </w:rPr>
        <w:t>Shi,</w:t>
      </w:r>
      <w:r>
        <w:t xml:space="preserve"> with work including </w:t>
      </w:r>
      <w:r w:rsidRPr="00E5669D">
        <w:rPr>
          <w:i/>
          <w:iCs/>
        </w:rPr>
        <w:t>Sgt. Rock and A Child Is Born</w:t>
      </w:r>
      <w:r>
        <w:t>.</w:t>
      </w:r>
    </w:p>
    <w:p w14:paraId="43A517AA" w14:textId="5084990C" w:rsidR="00E40CA0" w:rsidRDefault="00000000">
      <w:pPr>
        <w:pStyle w:val="ListBullet"/>
        <w:spacing w:after="60"/>
      </w:pPr>
      <w:r>
        <w:rPr>
          <w:b/>
        </w:rPr>
        <w:lastRenderedPageBreak/>
        <w:t>Jamal Igle</w:t>
      </w:r>
      <w:r w:rsidR="00F34A74">
        <w:rPr>
          <w:b/>
        </w:rPr>
        <w:t xml:space="preserve">: </w:t>
      </w:r>
      <w:r>
        <w:t xml:space="preserve">Inkpot Award-winning writer and artist, creator of </w:t>
      </w:r>
      <w:r w:rsidRPr="00E5669D">
        <w:rPr>
          <w:i/>
          <w:iCs/>
        </w:rPr>
        <w:t>Molly Danger</w:t>
      </w:r>
      <w:r>
        <w:t xml:space="preserve">, co-creator of </w:t>
      </w:r>
      <w:r w:rsidRPr="00E5669D">
        <w:rPr>
          <w:i/>
          <w:iCs/>
        </w:rPr>
        <w:t>Venture</w:t>
      </w:r>
      <w:r>
        <w:t xml:space="preserve">, and artist and co-creator of the award-winning </w:t>
      </w:r>
      <w:r w:rsidRPr="00E5669D">
        <w:rPr>
          <w:i/>
          <w:iCs/>
        </w:rPr>
        <w:t>The Wrong Earth</w:t>
      </w:r>
      <w:r>
        <w:t>.</w:t>
      </w:r>
    </w:p>
    <w:p w14:paraId="2F89ADEC" w14:textId="57CAC21F" w:rsidR="00E40CA0" w:rsidRDefault="00000000">
      <w:pPr>
        <w:pStyle w:val="ListBullet"/>
        <w:spacing w:after="60"/>
      </w:pPr>
      <w:r>
        <w:rPr>
          <w:b/>
        </w:rPr>
        <w:t>Bob Sharen</w:t>
      </w:r>
      <w:r w:rsidR="00F34A74">
        <w:rPr>
          <w:b/>
        </w:rPr>
        <w:t xml:space="preserve">: </w:t>
      </w:r>
      <w:r>
        <w:rPr>
          <w:b/>
        </w:rPr>
        <w:t xml:space="preserve"> </w:t>
      </w:r>
      <w:r>
        <w:t>Legendary Marvel colorist whose remarkable career spans thousands of comic-book stories and some of the industry's most memorable characters.</w:t>
      </w:r>
    </w:p>
    <w:p w14:paraId="4FE2166B" w14:textId="2F5C841C" w:rsidR="00E40CA0" w:rsidRDefault="00000000">
      <w:pPr>
        <w:pStyle w:val="ListBullet"/>
        <w:spacing w:after="60"/>
      </w:pPr>
      <w:r>
        <w:rPr>
          <w:b/>
        </w:rPr>
        <w:t xml:space="preserve">Nik </w:t>
      </w:r>
      <w:proofErr w:type="spellStart"/>
      <w:r>
        <w:rPr>
          <w:b/>
        </w:rPr>
        <w:t>Virella</w:t>
      </w:r>
      <w:proofErr w:type="spellEnd"/>
      <w:r w:rsidR="00F34A74">
        <w:rPr>
          <w:b/>
        </w:rPr>
        <w:t xml:space="preserve">: </w:t>
      </w:r>
      <w:r>
        <w:t xml:space="preserve">Dynamic and innovative comic-book artist whose work includes </w:t>
      </w:r>
      <w:r w:rsidRPr="002A0F80">
        <w:rPr>
          <w:i/>
          <w:iCs/>
        </w:rPr>
        <w:t>Wolverine, Hyperion, and 1872</w:t>
      </w:r>
      <w:r>
        <w:t>.</w:t>
      </w:r>
    </w:p>
    <w:p w14:paraId="2F82DEFD" w14:textId="4EBAE3E6" w:rsidR="00E40CA0" w:rsidRDefault="00000000">
      <w:pPr>
        <w:pStyle w:val="ListBullet"/>
        <w:spacing w:after="60"/>
      </w:pPr>
      <w:r>
        <w:rPr>
          <w:b/>
        </w:rPr>
        <w:t xml:space="preserve">Jim </w:t>
      </w:r>
      <w:proofErr w:type="spellStart"/>
      <w:r>
        <w:rPr>
          <w:b/>
        </w:rPr>
        <w:t>Salicrup</w:t>
      </w:r>
      <w:proofErr w:type="spellEnd"/>
      <w:r w:rsidR="00F34A74">
        <w:rPr>
          <w:b/>
        </w:rPr>
        <w:t xml:space="preserve">: </w:t>
      </w:r>
      <w:r>
        <w:t xml:space="preserve">Celebrated former Marvel editor and writer whose extraordinary career includes work </w:t>
      </w:r>
      <w:r w:rsidRPr="002A0F80">
        <w:rPr>
          <w:i/>
          <w:iCs/>
        </w:rPr>
        <w:t>on Spider-Man, Fantastic Four, Avengers, and X-Men</w:t>
      </w:r>
      <w:r>
        <w:t>, as well as a leading editorial role at Topps Comics.</w:t>
      </w:r>
    </w:p>
    <w:p w14:paraId="4AB15AC3" w14:textId="4AE7D1AA" w:rsidR="00E40CA0" w:rsidRDefault="00000000">
      <w:pPr>
        <w:pStyle w:val="ListBullet"/>
        <w:spacing w:after="60"/>
      </w:pPr>
      <w:r>
        <w:rPr>
          <w:b/>
        </w:rPr>
        <w:t xml:space="preserve">Kristen </w:t>
      </w:r>
      <w:proofErr w:type="spellStart"/>
      <w:r>
        <w:rPr>
          <w:b/>
        </w:rPr>
        <w:t>Gudsnuk</w:t>
      </w:r>
      <w:proofErr w:type="spellEnd"/>
      <w:r w:rsidR="00F34A74">
        <w:rPr>
          <w:b/>
        </w:rPr>
        <w:t xml:space="preserve">: </w:t>
      </w:r>
      <w:r>
        <w:rPr>
          <w:b/>
        </w:rPr>
        <w:t xml:space="preserve"> </w:t>
      </w:r>
      <w:r>
        <w:t xml:space="preserve">Writer and artist behind the groundbreaking </w:t>
      </w:r>
      <w:r w:rsidRPr="002A0F80">
        <w:rPr>
          <w:i/>
          <w:iCs/>
        </w:rPr>
        <w:t xml:space="preserve">Henchgirl </w:t>
      </w:r>
      <w:r>
        <w:t xml:space="preserve">and the acclaimed </w:t>
      </w:r>
      <w:r w:rsidRPr="002A0F80">
        <w:rPr>
          <w:i/>
          <w:iCs/>
        </w:rPr>
        <w:t>Making Friends</w:t>
      </w:r>
      <w:r>
        <w:t xml:space="preserve"> series.</w:t>
      </w:r>
    </w:p>
    <w:p w14:paraId="10F3D64A" w14:textId="5D670500" w:rsidR="00E40CA0" w:rsidRDefault="00000000">
      <w:pPr>
        <w:pStyle w:val="ListBullet"/>
        <w:spacing w:after="60"/>
      </w:pPr>
      <w:r>
        <w:rPr>
          <w:b/>
        </w:rPr>
        <w:t>Mike DeCarlo</w:t>
      </w:r>
      <w:r w:rsidR="00F34A74">
        <w:rPr>
          <w:b/>
        </w:rPr>
        <w:t xml:space="preserve">: </w:t>
      </w:r>
      <w:r>
        <w:rPr>
          <w:b/>
        </w:rPr>
        <w:t xml:space="preserve"> </w:t>
      </w:r>
      <w:r>
        <w:t xml:space="preserve">Acclaimed comic-book artist and inker whose work helped define an era of DC Comics, from </w:t>
      </w:r>
      <w:r w:rsidRPr="002A0F80">
        <w:rPr>
          <w:i/>
          <w:iCs/>
        </w:rPr>
        <w:t>Batman to Looney Tunes</w:t>
      </w:r>
      <w:r>
        <w:t>.</w:t>
      </w:r>
    </w:p>
    <w:p w14:paraId="75709A7D" w14:textId="091E9742" w:rsidR="00E40CA0" w:rsidRDefault="00000000">
      <w:r>
        <w:t xml:space="preserve">And that's just the beginning! </w:t>
      </w:r>
      <w:r w:rsidR="002F2D6B">
        <w:t xml:space="preserve"> </w:t>
      </w:r>
      <w:r>
        <w:t xml:space="preserve">Visit the </w:t>
      </w:r>
      <w:hyperlink r:id="rId8" w:history="1">
        <w:r w:rsidRPr="002A0F80">
          <w:rPr>
            <w:rStyle w:val="Hyperlink"/>
          </w:rPr>
          <w:t>BACC website</w:t>
        </w:r>
      </w:hyperlink>
      <w:r>
        <w:t xml:space="preserve"> for additional guests, artists, exhibitors, </w:t>
      </w:r>
      <w:r w:rsidR="002A0F80">
        <w:t xml:space="preserve">events, </w:t>
      </w:r>
      <w:r>
        <w:t>and special announcements</w:t>
      </w:r>
      <w:r w:rsidR="002A0F80">
        <w:t>.</w:t>
      </w:r>
    </w:p>
    <w:p w14:paraId="7BE3A3CB" w14:textId="77777777" w:rsidR="00E40CA0" w:rsidRPr="002A0F80" w:rsidRDefault="00000000">
      <w:pPr>
        <w:pStyle w:val="Heading2"/>
        <w:rPr>
          <w:i/>
          <w:iCs/>
        </w:rPr>
      </w:pPr>
      <w:r w:rsidRPr="002A0F80">
        <w:rPr>
          <w:i/>
          <w:iCs/>
        </w:rPr>
        <w:t>COMICS AND EVERYTHING ELSE!</w:t>
      </w:r>
    </w:p>
    <w:p w14:paraId="670FA2A6" w14:textId="77777777" w:rsidR="00E40CA0" w:rsidRDefault="00000000">
      <w:r>
        <w:t>From Golden Age rarities and original comic art to the latest independent creations, pop-culture memorabilia, and unexpected treasures, Big Apple Comic Con is a dreamworld for collectors and fans.</w:t>
      </w:r>
    </w:p>
    <w:p w14:paraId="5DDF968A" w14:textId="77777777" w:rsidR="00E40CA0" w:rsidRDefault="00000000">
      <w:r>
        <w:t>But collecting is only part of the fun.</w:t>
      </w:r>
    </w:p>
    <w:p w14:paraId="659F1CF9" w14:textId="77777777" w:rsidR="00E40CA0" w:rsidRDefault="00000000">
      <w:r>
        <w:t>The Holiday Con celebrates the creative energy of New York itself, bringing together legendary professionals, independent artists, devoted fans, and a new generation of creators. It's a place to discover something extraordinary, meet the people behind the art, find that elusive collectible, or simply spend a wonderful day among people who share your passions.</w:t>
      </w:r>
    </w:p>
    <w:p w14:paraId="24276B6E" w14:textId="77777777" w:rsidR="00E40CA0" w:rsidRDefault="00000000">
      <w:r>
        <w:t>And, of course, there's our famous NYC Cosplay Contest — outrageous costumes, fabulous characters, prizes, and a glorious dose of New York kitsch!</w:t>
      </w:r>
    </w:p>
    <w:p w14:paraId="17510ED0" w14:textId="77777777" w:rsidR="00E40CA0" w:rsidRPr="002A0F80" w:rsidRDefault="00000000">
      <w:pPr>
        <w:rPr>
          <w:b/>
          <w:bCs/>
        </w:rPr>
      </w:pPr>
      <w:r w:rsidRPr="002A0F80">
        <w:rPr>
          <w:b/>
          <w:bCs/>
        </w:rPr>
        <w:t>After 30 years, Big Apple Comic Con remains what it has always been: a gathering place for the people who create, collect, and love comics and popular culture.</w:t>
      </w:r>
    </w:p>
    <w:p w14:paraId="1BB20FB7" w14:textId="77777777" w:rsidR="00E40CA0" w:rsidRDefault="00000000">
      <w:r>
        <w:t>Come celebrate the holidays, celebrate 30 years of Big Apple Comic Con, and celebrate New York!</w:t>
      </w:r>
    </w:p>
    <w:p w14:paraId="1911A444" w14:textId="77777777" w:rsidR="00E40CA0" w:rsidRDefault="00000000">
      <w:pPr>
        <w:pStyle w:val="Heading2"/>
      </w:pPr>
      <w:r>
        <w:t>EVENT INFORMATION</w:t>
      </w:r>
    </w:p>
    <w:p w14:paraId="54D794CD" w14:textId="77777777" w:rsidR="00E40CA0" w:rsidRDefault="00000000">
      <w:r>
        <w:t>BIG APPLE COMIC CON — 6TH ANNUAL HOLIDAY CON</w:t>
      </w:r>
    </w:p>
    <w:p w14:paraId="6D745CFA" w14:textId="77777777" w:rsidR="00E40CA0" w:rsidRDefault="00000000">
      <w:r>
        <w:t>Date: Saturday, November 21, 2026</w:t>
      </w:r>
    </w:p>
    <w:p w14:paraId="241FE13A" w14:textId="77777777" w:rsidR="00E40CA0" w:rsidRDefault="00000000">
      <w:r>
        <w:t>Location: The New Yorker Hotel, 481 Eighth Avenue at 34th Street, New York City</w:t>
      </w:r>
    </w:p>
    <w:p w14:paraId="76103207" w14:textId="77777777" w:rsidR="00E40CA0" w:rsidRDefault="00000000">
      <w:r>
        <w:t>Hours: 10 AM – 7 PM (Early Admission: 9 AM)</w:t>
      </w:r>
    </w:p>
    <w:p w14:paraId="665C2D14" w14:textId="77777777" w:rsidR="00E40CA0" w:rsidRDefault="00000000">
      <w:r>
        <w:t>Admission: General $30 | VIP $85 | Ages 10–13 $15 | Under 10 FREE</w:t>
      </w:r>
    </w:p>
    <w:p w14:paraId="793A3FE3" w14:textId="3734B8CB" w:rsidR="00E40CA0" w:rsidRDefault="00000000">
      <w:r>
        <w:t xml:space="preserve">Press Inquiries and Information: </w:t>
      </w:r>
      <w:hyperlink r:id="rId9" w:history="1">
        <w:r w:rsidR="00F34A74" w:rsidRPr="005C4E56">
          <w:rPr>
            <w:rStyle w:val="Hyperlink"/>
          </w:rPr>
          <w:t>press@bigapplecc.com</w:t>
        </w:r>
      </w:hyperlink>
      <w:r w:rsidR="00F34A74">
        <w:t xml:space="preserve">  (www.bigapplecc.com)</w:t>
      </w:r>
    </w:p>
    <w:p w14:paraId="4AB1EFAF" w14:textId="77777777" w:rsidR="00E40CA0" w:rsidRDefault="00000000">
      <w:r>
        <w:rPr>
          <w:b/>
        </w:rPr>
        <w:t>Big Apple Comic Con — 30 Years of NYC Comic Culture. And Still Going Strong!</w:t>
      </w:r>
    </w:p>
    <w:sectPr w:rsidR="00E40CA0" w:rsidSect="002A0F80">
      <w:headerReference w:type="default" r:id="rId10"/>
      <w:pgSz w:w="12240" w:h="15840"/>
      <w:pgMar w:top="1008"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7CA17" w14:textId="77777777" w:rsidR="00D009E4" w:rsidRDefault="00D009E4" w:rsidP="002A0F80">
      <w:pPr>
        <w:spacing w:after="0" w:line="240" w:lineRule="auto"/>
      </w:pPr>
      <w:r>
        <w:separator/>
      </w:r>
    </w:p>
  </w:endnote>
  <w:endnote w:type="continuationSeparator" w:id="0">
    <w:p w14:paraId="11C68D15" w14:textId="77777777" w:rsidR="00D009E4" w:rsidRDefault="00D009E4" w:rsidP="002A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21671" w14:textId="77777777" w:rsidR="00D009E4" w:rsidRDefault="00D009E4" w:rsidP="002A0F80">
      <w:pPr>
        <w:spacing w:after="0" w:line="240" w:lineRule="auto"/>
      </w:pPr>
      <w:r>
        <w:separator/>
      </w:r>
    </w:p>
  </w:footnote>
  <w:footnote w:type="continuationSeparator" w:id="0">
    <w:p w14:paraId="2238CA42" w14:textId="77777777" w:rsidR="00D009E4" w:rsidRDefault="00D009E4" w:rsidP="002A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77A5" w14:textId="117F44BE" w:rsidR="002A0F80" w:rsidRDefault="002A0F80">
    <w:pPr>
      <w:pStyle w:val="Header"/>
    </w:pPr>
    <w:r>
      <w:rPr>
        <w:noProof/>
      </w:rPr>
      <w:drawing>
        <wp:inline distT="0" distB="0" distL="0" distR="0" wp14:anchorId="5A7CDC74" wp14:editId="5044FB47">
          <wp:extent cx="6096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6096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6327357">
    <w:abstractNumId w:val="8"/>
  </w:num>
  <w:num w:numId="2" w16cid:durableId="751897613">
    <w:abstractNumId w:val="6"/>
  </w:num>
  <w:num w:numId="3" w16cid:durableId="1678539116">
    <w:abstractNumId w:val="5"/>
  </w:num>
  <w:num w:numId="4" w16cid:durableId="2118870141">
    <w:abstractNumId w:val="4"/>
  </w:num>
  <w:num w:numId="5" w16cid:durableId="172719900">
    <w:abstractNumId w:val="7"/>
  </w:num>
  <w:num w:numId="6" w16cid:durableId="1825509654">
    <w:abstractNumId w:val="3"/>
  </w:num>
  <w:num w:numId="7" w16cid:durableId="1762945351">
    <w:abstractNumId w:val="2"/>
  </w:num>
  <w:num w:numId="8" w16cid:durableId="983630545">
    <w:abstractNumId w:val="1"/>
  </w:num>
  <w:num w:numId="9" w16cid:durableId="673149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2E5"/>
    <w:rsid w:val="0029639D"/>
    <w:rsid w:val="002A0F80"/>
    <w:rsid w:val="002F2D6B"/>
    <w:rsid w:val="00326F90"/>
    <w:rsid w:val="00394AFF"/>
    <w:rsid w:val="007E5C07"/>
    <w:rsid w:val="00827E06"/>
    <w:rsid w:val="00AA1D8D"/>
    <w:rsid w:val="00B47730"/>
    <w:rsid w:val="00CB0664"/>
    <w:rsid w:val="00D009E4"/>
    <w:rsid w:val="00E40CA0"/>
    <w:rsid w:val="00E5669D"/>
    <w:rsid w:val="00F34A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7B36A"/>
  <w14:defaultImageDpi w14:val="300"/>
  <w15:docId w15:val="{41696A14-311F-431A-B977-D3FF9790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2B4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2B4E"/>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394B6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34A74"/>
    <w:rPr>
      <w:color w:val="0000FF" w:themeColor="hyperlink"/>
      <w:u w:val="single"/>
    </w:rPr>
  </w:style>
  <w:style w:type="character" w:styleId="UnresolvedMention">
    <w:name w:val="Unresolved Mention"/>
    <w:basedOn w:val="DefaultParagraphFont"/>
    <w:uiPriority w:val="99"/>
    <w:semiHidden/>
    <w:unhideWhenUsed/>
    <w:rsid w:val="00F34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applec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bigapplec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2</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avanti</cp:lastModifiedBy>
  <cp:revision>4</cp:revision>
  <dcterms:created xsi:type="dcterms:W3CDTF">2026-10-22T18:40:00Z</dcterms:created>
  <dcterms:modified xsi:type="dcterms:W3CDTF">2026-10-23T19:57:00Z</dcterms:modified>
  <cp:category/>
</cp:coreProperties>
</file>